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D783E"/>
          <w:sz w:val="38"/>
        </w:rPr>
        <w:t>GARČIN GRILL &amp; BEER FEST 2026.</w:t>
      </w:r>
    </w:p>
    <w:p>
      <w:pPr>
        <w:jc w:val="center"/>
      </w:pPr>
      <w:r>
        <w:rPr>
          <w:b/>
          <w:sz w:val="28"/>
        </w:rPr>
        <w:t>5. ROŠTILJADA OPĆINE GARČIN</w:t>
      </w:r>
    </w:p>
    <w:p>
      <w:pPr>
        <w:jc w:val="center"/>
      </w:pPr>
      <w:r>
        <w:rPr>
          <w:b/>
          <w:sz w:val="26"/>
          <w:u w:val="single"/>
        </w:rPr>
        <w:t>PRIJAVNICA ZA NATJECANJE U PRIPREMANJU MESA S ROŠTILJA</w:t>
      </w:r>
    </w:p>
    <w:p>
      <w:pPr>
        <w:jc w:val="center"/>
      </w:pPr>
      <w:r>
        <w:rPr>
          <w:b/>
          <w:sz w:val="25"/>
        </w:rPr>
        <w:t>3. listopada 2026.</w:t>
      </w:r>
    </w:p>
    <w:p>
      <w:pPr>
        <w:spacing w:before="80" w:after="100"/>
      </w:pPr>
      <w:r>
        <w:rPr>
          <w:b/>
        </w:rPr>
        <w:t xml:space="preserve">Organizatori: </w:t>
      </w:r>
      <w:r>
        <w:t>Turistička zajednica Općine Garčin i Općina Garčin</w:t>
      </w:r>
    </w:p>
    <w:p>
      <w:pPr>
        <w:spacing w:after="100"/>
      </w:pPr>
      <w:r>
        <w:rPr>
          <w:b/>
        </w:rPr>
        <w:t xml:space="preserve">Sudjelovanje je besplatno. </w:t>
      </w:r>
      <w:r>
        <w:t>Organizator osigurava osnovni paket mesa za pripremu roštilja. Dopuštena je i priprema dodatnog mesa nabavljenog od registriranog/odobrenog dobavljača, uz obvezno predočenje računa ili otpremnice organizatoru.</w:t>
      </w:r>
    </w:p>
    <w:p>
      <w:pPr>
        <w:spacing w:after="120"/>
        <w:jc w:val="center"/>
      </w:pPr>
      <w:r>
        <w:rPr>
          <w:b/>
          <w:color w:val="E15F14"/>
          <w:sz w:val="23"/>
        </w:rPr>
        <w:t>NAGRADNI FOND: 1. mjesto – 300 €  |  2. mjesto – 200 €  |  3. mjesto – 100 €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rPr>
          <w:trHeight w:val="482"/>
        </w:trPr>
        <w:tc>
          <w:tcPr>
            <w:tcW w:type="dxa" w:w="510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1. Naziv ekipe</w:t>
            </w:r>
          </w:p>
        </w:tc>
        <w:tc>
          <w:tcPr>
            <w:tcW w:type="dxa" w:w="510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82"/>
        </w:trPr>
        <w:tc>
          <w:tcPr>
            <w:tcW w:type="dxa" w:w="510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2. Ime i prezime voditelja ekipe</w:t>
            </w:r>
          </w:p>
        </w:tc>
        <w:tc>
          <w:tcPr>
            <w:tcW w:type="dxa" w:w="510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82"/>
        </w:trPr>
        <w:tc>
          <w:tcPr>
            <w:tcW w:type="dxa" w:w="510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3. Kontakt telefon voditelja ekipe</w:t>
            </w:r>
          </w:p>
        </w:tc>
        <w:tc>
          <w:tcPr>
            <w:tcW w:type="dxa" w:w="510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482"/>
        </w:trPr>
        <w:tc>
          <w:tcPr>
            <w:tcW w:type="dxa" w:w="510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4. E-mail adresa</w:t>
            </w:r>
          </w:p>
        </w:tc>
        <w:tc>
          <w:tcPr>
            <w:tcW w:type="dxa" w:w="510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</w:r>
          </w:p>
        </w:tc>
      </w:tr>
      <w:tr>
        <w:trPr>
          <w:trHeight w:val="595"/>
        </w:trPr>
        <w:tc>
          <w:tcPr>
            <w:tcW w:type="dxa" w:w="510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5. Hoćete li koristiti isključivo meso koje osigurava organizator?</w:t>
            </w:r>
          </w:p>
        </w:tc>
        <w:tc>
          <w:tcPr>
            <w:tcW w:type="dxa" w:w="510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☐ DA     ☐ NE</w:t>
            </w:r>
          </w:p>
        </w:tc>
      </w:tr>
      <w:tr>
        <w:trPr>
          <w:trHeight w:val="595"/>
        </w:trPr>
        <w:tc>
          <w:tcPr>
            <w:tcW w:type="dxa" w:w="510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6. Potvrda sudjelovanja i prihvaćanje pravila</w:t>
            </w:r>
          </w:p>
        </w:tc>
        <w:tc>
          <w:tcPr>
            <w:tcW w:type="dxa" w:w="510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☐ DA</w:t>
            </w:r>
          </w:p>
        </w:tc>
      </w:tr>
    </w:tbl>
    <w:p>
      <w:pPr>
        <w:spacing w:before="120" w:after="60"/>
      </w:pPr>
      <w:r>
        <w:rPr>
          <w:b/>
        </w:rPr>
        <w:t xml:space="preserve">Napomena uz pitanje 5: </w:t>
      </w:r>
      <w:r>
        <w:t>Ako ekipa priprema i dodatno meso, ono mora biti nabavljeno od registriranog/odobrenog dobavljača, uz predočenje računa ili otpremnice.</w:t>
      </w:r>
    </w:p>
    <w:p>
      <w:pPr>
        <w:spacing w:after="80"/>
      </w:pPr>
      <w:r>
        <w:t>Potpisom prijavnice potvrđujem prijavu ekipe za sudjelovanje na 5. Roštiljadi Općine Garčin u sklopu Garčin Grill &amp; Beer Festa 2026. te prihvaćam pravila i upute organizatora.</w:t>
      </w:r>
    </w:p>
    <w:p>
      <w:pPr>
        <w:spacing w:after="80"/>
      </w:pPr>
      <w:r>
        <w:t>Prijavom potvrđujem da će se tijekom manifestacije koristiti isključivo meso koje osigurava organizator ili meso odgovarajućeg podrijetla nabavljeno od registriranog/odobrenog dobavljača uz predočenje računa ili otpremnice.</w:t>
      </w:r>
    </w:p>
    <w:p>
      <w:pPr>
        <w:spacing w:before="60" w:after="40"/>
      </w:pPr>
      <w:r>
        <w:rPr>
          <w:b/>
          <w:u w:val="single"/>
        </w:rPr>
        <w:t>Prijave se zaprimaju najkasnije do 25. rujna 2026. godine:</w:t>
      </w:r>
    </w:p>
    <w:p>
      <w:pPr>
        <w:spacing w:after="0"/>
        <w:ind w:left="340"/>
      </w:pPr>
      <w:r>
        <w:t>1) osobno u prostorijama Općine Garčin</w:t>
      </w:r>
    </w:p>
    <w:p>
      <w:pPr>
        <w:spacing w:after="0"/>
        <w:ind w:left="340"/>
      </w:pPr>
      <w:r>
        <w:t>2) putem e-maila: opcina.garcina@opcina-garcin.hr</w:t>
      </w:r>
    </w:p>
    <w:p>
      <w:pPr>
        <w:spacing w:after="0"/>
        <w:ind w:left="340"/>
      </w:pPr>
      <w:r>
        <w:t>3) putem Google Forms obrasca</w:t>
      </w:r>
    </w:p>
    <w:p>
      <w:pPr>
        <w:spacing w:before="200"/>
      </w:pPr>
      <w:r>
        <w:t>U Garčinu, ____________________, 2026. godine</w:t>
      </w:r>
      <w:r>
        <w:t xml:space="preserve">                            </w:t>
      </w:r>
      <w:r>
        <w:rPr>
          <w:b/>
        </w:rPr>
        <w:t>Potpis voditelja ekipe</w:t>
      </w:r>
    </w:p>
    <w:sectPr w:rsidR="00FC693F" w:rsidRPr="0006063C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